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Six Ministry Role Descriptions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Greeter, kids check-in, nursery, sound, worship vocalist, parking — written out.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Edit the times, names and rules to match your church, then hand them to people before you ask rather than after they say yes.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Greeter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Hospitality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Hospitality Coordinator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Main entrance or side entrance, before the service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Six months, then we ask again.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A visitor decides how they feel about your church in the first ninety seconds, and almost none of that is the sermon.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Arrive 20 minutes before the service and take a door</w:t>
      </w:r>
    </w:p>
    <w:p>
      <w:pPr>
        <w:pStyle w:val="ListBullet"/>
      </w:pPr>
      <w:r>
        <w:rPr>
          <w:rFonts w:ascii="Arial" w:hAnsi="Arial"/>
          <w:sz w:val="20"/>
        </w:rPr>
        <w:t>Open the door, make eye contact, say something human</w:t>
      </w:r>
    </w:p>
    <w:p>
      <w:pPr>
        <w:pStyle w:val="ListBullet"/>
      </w:pPr>
      <w:r>
        <w:rPr>
          <w:rFonts w:ascii="Arial" w:hAnsi="Arial"/>
          <w:sz w:val="20"/>
        </w:rPr>
        <w:t>Walk anyone who looks lost to where they are going</w:t>
      </w:r>
    </w:p>
    <w:p>
      <w:pPr>
        <w:pStyle w:val="ListBullet"/>
      </w:pPr>
      <w:r>
        <w:rPr>
          <w:rFonts w:ascii="Arial" w:hAnsi="Arial"/>
          <w:sz w:val="20"/>
        </w:rPr>
        <w:t>Hand a connection card to anyone you have not met before</w:t>
      </w:r>
    </w:p>
    <w:p>
      <w:pPr>
        <w:pStyle w:val="ListBullet"/>
      </w:pPr>
      <w:r>
        <w:rPr>
          <w:rFonts w:ascii="Arial" w:hAnsi="Arial"/>
          <w:sz w:val="20"/>
        </w:rPr>
        <w:t>Stay at the door until 10 minutes after the service starts — late arrivals need you most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One Sunday a month, 8:40 to 9:20. Forty minutes, and it really is forty.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like people you don't know</w:t>
      </w:r>
    </w:p>
    <w:p>
      <w:pPr>
        <w:pStyle w:val="ListBullet"/>
      </w:pPr>
      <w:r>
        <w:rPr>
          <w:rFonts w:ascii="Arial" w:hAnsi="Arial"/>
          <w:sz w:val="20"/>
        </w:rPr>
        <w:t>You can talk to someone who is nervous without making them more nervous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No background check required for this role</w:t>
      </w:r>
    </w:p>
    <w:p>
      <w:pPr>
        <w:spacing w:after="60"/>
      </w:pPr>
      <w:r>
        <w:rPr>
          <w:rFonts w:ascii="Arial" w:hAnsi="Arial"/>
          <w:sz w:val="20"/>
        </w:rPr>
        <w:t>☐  One conversation with the coordinator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Shadow one Sunday. That is genuinely the whole thing.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Hospitality Coordinator, or any staff member for anything urgent.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Six months, then we ask again. Stepping down takes one text message.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Kids Check-In Lead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 Director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Lobby check-in desk, before and after both services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One year, reviewed each August.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Check-in is the first thing a visiting family meets, and the last thing a nervous parent thinks about before they leave their child with strangers. Done well, it is the difference between a family who comes back and one who doesn't.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Open the check-in desk and start the tablets 30 minutes before the service</w:t>
      </w:r>
    </w:p>
    <w:p>
      <w:pPr>
        <w:pStyle w:val="ListBullet"/>
      </w:pPr>
      <w:r>
        <w:rPr>
          <w:rFonts w:ascii="Arial" w:hAnsi="Arial"/>
          <w:sz w:val="20"/>
        </w:rPr>
        <w:t>Print name tags and match every child to a pick-up tag, without exception</w:t>
      </w:r>
    </w:p>
    <w:p>
      <w:pPr>
        <w:pStyle w:val="ListBullet"/>
      </w:pPr>
      <w:r>
        <w:rPr>
          <w:rFonts w:ascii="Arial" w:hAnsi="Arial"/>
          <w:sz w:val="20"/>
        </w:rPr>
        <w:t>Walk first-time families to their child's room rather than pointing</w:t>
      </w:r>
    </w:p>
    <w:p>
      <w:pPr>
        <w:pStyle w:val="ListBullet"/>
      </w:pPr>
      <w:r>
        <w:rPr>
          <w:rFonts w:ascii="Arial" w:hAnsi="Arial"/>
          <w:sz w:val="20"/>
        </w:rPr>
        <w:t>Log allergies and custody notes where the room leader will actually see them</w:t>
      </w:r>
    </w:p>
    <w:p>
      <w:pPr>
        <w:pStyle w:val="ListBullet"/>
      </w:pPr>
      <w:r>
        <w:rPr>
          <w:rFonts w:ascii="Arial" w:hAnsi="Arial"/>
          <w:sz w:val="20"/>
        </w:rPr>
        <w:t>Close the desk, count the children checked in, and hand the number to the office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Two Sundays a month. On those Sundays it is 8:15 to 11:00 — an hour and three quarters longer than the service, which is the part nobody mentions when they ask you.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are calm when four families arrive at once</w:t>
      </w:r>
    </w:p>
    <w:p>
      <w:pPr>
        <w:pStyle w:val="ListBullet"/>
      </w:pPr>
      <w:r>
        <w:rPr>
          <w:rFonts w:ascii="Arial" w:hAnsi="Arial"/>
          <w:sz w:val="20"/>
        </w:rPr>
        <w:t>You remember names, or you are cheerfully willing to ask again</w:t>
      </w:r>
    </w:p>
    <w:p>
      <w:pPr>
        <w:pStyle w:val="ListBullet"/>
      </w:pPr>
      <w:r>
        <w:rPr>
          <w:rFonts w:ascii="Arial" w:hAnsi="Arial"/>
          <w:sz w:val="20"/>
        </w:rPr>
        <w:t>You would rather solve a problem than announce one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Background check (required, we pay for it)</w:t>
      </w:r>
    </w:p>
    <w:p>
      <w:pPr>
        <w:spacing w:after="60"/>
      </w:pPr>
      <w:r>
        <w:rPr>
          <w:rFonts w:ascii="Arial" w:hAnsi="Arial"/>
          <w:sz w:val="20"/>
        </w:rPr>
        <w:t>☐  Six months attending here</w:t>
      </w:r>
    </w:p>
    <w:p>
      <w:pPr>
        <w:spacing w:after="60"/>
      </w:pPr>
      <w:r>
        <w:rPr>
          <w:rFonts w:ascii="Arial" w:hAnsi="Arial"/>
          <w:sz w:val="20"/>
        </w:rPr>
        <w:t>☐  Two hours of check-in training with the current lead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One shift shadowing, one shift leading with the current lead beside you, then solo. Usually three weeks.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Kids Ministry Director on the radio, or the on-call pastor for anything involving a custody dispute or an injury.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One year, reviewed each August. If you want to stop before then, tell the director — you do not need a reason and you will not be asked for one.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Nursery Volunteer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Nursery Coordinator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Nursery, room 101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One year, reviewed each August.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Parents of babies do not get to be present anywhere. For one hour a week, this room gives them that.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Arrive 15 minutes early, wash hands, check the room and the toys</w:t>
      </w:r>
    </w:p>
    <w:p>
      <w:pPr>
        <w:pStyle w:val="ListBullet"/>
      </w:pPr>
      <w:r>
        <w:rPr>
          <w:rFonts w:ascii="Arial" w:hAnsi="Arial"/>
          <w:sz w:val="20"/>
        </w:rPr>
        <w:t>Never be alone with children — two adults, always</w:t>
      </w:r>
    </w:p>
    <w:p>
      <w:pPr>
        <w:pStyle w:val="ListBullet"/>
      </w:pPr>
      <w:r>
        <w:rPr>
          <w:rFonts w:ascii="Arial" w:hAnsi="Arial"/>
          <w:sz w:val="20"/>
        </w:rPr>
        <w:t>Change, feed and comfort according to each parent's written notes</w:t>
      </w:r>
    </w:p>
    <w:p>
      <w:pPr>
        <w:pStyle w:val="ListBullet"/>
      </w:pPr>
      <w:r>
        <w:rPr>
          <w:rFonts w:ascii="Arial" w:hAnsi="Arial"/>
          <w:sz w:val="20"/>
        </w:rPr>
        <w:t>Text the parent's number on the tag rather than paging them from the front</w:t>
      </w:r>
    </w:p>
    <w:p>
      <w:pPr>
        <w:pStyle w:val="ListBullet"/>
      </w:pPr>
      <w:r>
        <w:rPr>
          <w:rFonts w:ascii="Arial" w:hAnsi="Arial"/>
          <w:sz w:val="20"/>
        </w:rPr>
        <w:t>Sanitise toys and surfaces after the service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One Sunday a month, 9:15 to 11:00. You will miss the service you serve in; most nursery volunteers attend the other one.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are unbothered by noise</w:t>
      </w:r>
    </w:p>
    <w:p>
      <w:pPr>
        <w:pStyle w:val="ListBullet"/>
      </w:pPr>
      <w:r>
        <w:rPr>
          <w:rFonts w:ascii="Arial" w:hAnsi="Arial"/>
          <w:sz w:val="20"/>
        </w:rPr>
        <w:t>You can hold a crying baby for twenty minutes without taking it personally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Background check (required)</w:t>
      </w:r>
    </w:p>
    <w:p>
      <w:pPr>
        <w:spacing w:after="60"/>
      </w:pPr>
      <w:r>
        <w:rPr>
          <w:rFonts w:ascii="Arial" w:hAnsi="Arial"/>
          <w:sz w:val="20"/>
        </w:rPr>
        <w:t>☐  Six months attending here</w:t>
      </w:r>
    </w:p>
    <w:p>
      <w:pPr>
        <w:spacing w:after="60"/>
      </w:pPr>
      <w:r>
        <w:rPr>
          <w:rFonts w:ascii="Arial" w:hAnsi="Arial"/>
          <w:sz w:val="20"/>
        </w:rPr>
        <w:t>☐  Safeguarding training before your first shift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Safeguarding session, then one shift alongside the coordinator.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Nursery Coordinator. For any injury, the on-call pastor as well, and write it down the same morning.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One year, reviewed each August. Say the word and you are done, with thanks.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Sound Technician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Tech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Tech Director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Sound desk, main auditorium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One year, reviewed each August.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Nobody notices sound until it is wrong, and then nobody notices anything else.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Arrive for the 8:00 line check and set the stage</w:t>
      </w:r>
    </w:p>
    <w:p>
      <w:pPr>
        <w:pStyle w:val="ListBullet"/>
      </w:pPr>
      <w:r>
        <w:rPr>
          <w:rFonts w:ascii="Arial" w:hAnsi="Arial"/>
          <w:sz w:val="20"/>
        </w:rPr>
        <w:t>Mix the service — band, speaking mics, playback</w:t>
      </w:r>
    </w:p>
    <w:p>
      <w:pPr>
        <w:pStyle w:val="ListBullet"/>
      </w:pPr>
      <w:r>
        <w:rPr>
          <w:rFonts w:ascii="Arial" w:hAnsi="Arial"/>
          <w:sz w:val="20"/>
        </w:rPr>
        <w:t>Run the Thursday rehearsal desk when you are on that Sunday</w:t>
      </w:r>
    </w:p>
    <w:p>
      <w:pPr>
        <w:pStyle w:val="ListBullet"/>
      </w:pPr>
      <w:r>
        <w:rPr>
          <w:rFonts w:ascii="Arial" w:hAnsi="Arial"/>
          <w:sz w:val="20"/>
        </w:rPr>
        <w:t>Record the service audio and upload it before you leave</w:t>
      </w:r>
    </w:p>
    <w:p>
      <w:pPr>
        <w:pStyle w:val="ListBullet"/>
      </w:pPr>
      <w:r>
        <w:rPr>
          <w:rFonts w:ascii="Arial" w:hAnsi="Arial"/>
          <w:sz w:val="20"/>
        </w:rPr>
        <w:t>Log any equipment fault in the tech book rather than mentioning it in passing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Two Sundays a month, plus the Thursday rehearsal on those weeks. Sunday is 8:00 to 12:00. Counting rehearsal, it is closer to seven hours a month than the two it sounds like.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have mixed live sound before, or you are willing to learn slowly</w:t>
      </w:r>
    </w:p>
    <w:p>
      <w:pPr>
        <w:pStyle w:val="ListBullet"/>
      </w:pPr>
      <w:r>
        <w:rPr>
          <w:rFonts w:ascii="Arial" w:hAnsi="Arial"/>
          <w:sz w:val="20"/>
        </w:rPr>
        <w:t>You take feedback about the mix without hearing it as criticism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No background check required</w:t>
      </w:r>
    </w:p>
    <w:p>
      <w:pPr>
        <w:spacing w:after="60"/>
      </w:pPr>
      <w:r>
        <w:rPr>
          <w:rFonts w:ascii="Arial" w:hAnsi="Arial"/>
          <w:sz w:val="20"/>
        </w:rPr>
        <w:t>☐  Comfortable with the desk after training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Three rehearsals and two Sundays alongside the current tech, then solo with someone in the building.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Tech Director. For anything that stops the service, the campus pastor.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One year, reviewed each August.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Worship Vocalist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Worship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Worship Director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Stage, main auditorium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One year, reviewed each August.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A congregation sings when it can hear people singing. That is most of this role.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Learn your parts before Thursday — charts and keys go out on Monday</w:t>
      </w:r>
    </w:p>
    <w:p>
      <w:pPr>
        <w:pStyle w:val="ListBullet"/>
      </w:pPr>
      <w:r>
        <w:rPr>
          <w:rFonts w:ascii="Arial" w:hAnsi="Arial"/>
          <w:sz w:val="20"/>
        </w:rPr>
        <w:t>Thursday rehearsal, 7:00 to 8:30</w:t>
      </w:r>
    </w:p>
    <w:p>
      <w:pPr>
        <w:pStyle w:val="ListBullet"/>
      </w:pPr>
      <w:r>
        <w:rPr>
          <w:rFonts w:ascii="Arial" w:hAnsi="Arial"/>
          <w:sz w:val="20"/>
        </w:rPr>
        <w:t>Sunday call at 8:00 for line check and run-through</w:t>
      </w:r>
    </w:p>
    <w:p>
      <w:pPr>
        <w:pStyle w:val="ListBullet"/>
      </w:pPr>
      <w:r>
        <w:rPr>
          <w:rFonts w:ascii="Arial" w:hAnsi="Arial"/>
          <w:sz w:val="20"/>
        </w:rPr>
        <w:t>Sing, and lead by actually meaning it</w:t>
      </w:r>
    </w:p>
    <w:p>
      <w:pPr>
        <w:pStyle w:val="ListBullet"/>
      </w:pPr>
      <w:r>
        <w:rPr>
          <w:rFonts w:ascii="Arial" w:hAnsi="Arial"/>
          <w:sz w:val="20"/>
        </w:rPr>
        <w:t>Tell the director early when you cannot make a date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Two Sundays a month: Thursday evening plus 8:00 to 11:00 on Sunday. That is roughly nine hours a month once you count learning the songs at home.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can hold a part next to someone singing a different one</w:t>
      </w:r>
    </w:p>
    <w:p>
      <w:pPr>
        <w:pStyle w:val="ListBullet"/>
      </w:pPr>
      <w:r>
        <w:rPr>
          <w:rFonts w:ascii="Arial" w:hAnsi="Arial"/>
          <w:sz w:val="20"/>
        </w:rPr>
        <w:t>You prepare during the week rather than at the rehearsal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An audition-style conversation with the director</w:t>
      </w:r>
    </w:p>
    <w:p>
      <w:pPr>
        <w:spacing w:after="60"/>
      </w:pPr>
      <w:r>
        <w:rPr>
          <w:rFonts w:ascii="Arial" w:hAnsi="Arial"/>
          <w:sz w:val="20"/>
        </w:rPr>
        <w:t>☐  No background check required unless you also serve with kids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One rehearsal off-stage, one Sunday on a spare mic, then in the rotation.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Worship Director.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One year, reviewed each August. Taking a season off is normal and does not need justifying.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36"/>
        </w:rPr>
        <w:t>Parking Team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Team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Hospitality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Hospitality Coordinator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Where &amp; when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Car park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Six months, then we ask again.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Why this role exists</w:t>
      </w:r>
    </w:p>
    <w:p>
      <w:pPr>
        <w:pStyle w:val="ListBullet"/>
      </w:pPr>
      <w:r>
        <w:rPr>
          <w:rFonts w:ascii="Arial" w:hAnsi="Arial"/>
          <w:sz w:val="20"/>
        </w:rPr>
        <w:t>The car park is where a visitor first decides whether anyone here was expecting them.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Arrive 30 minutes early, high-vis on, cones out</w:t>
      </w:r>
    </w:p>
    <w:p>
      <w:pPr>
        <w:pStyle w:val="ListBullet"/>
      </w:pPr>
      <w:r>
        <w:rPr>
          <w:rFonts w:ascii="Arial" w:hAnsi="Arial"/>
          <w:sz w:val="20"/>
        </w:rPr>
        <w:t>Fill the far spaces first so late arrivals get the close ones</w:t>
      </w:r>
    </w:p>
    <w:p>
      <w:pPr>
        <w:pStyle w:val="ListBullet"/>
      </w:pPr>
      <w:r>
        <w:rPr>
          <w:rFonts w:ascii="Arial" w:hAnsi="Arial"/>
          <w:sz w:val="20"/>
        </w:rPr>
        <w:t>Point visitors at the visitor bays and then at the right door</w:t>
      </w:r>
    </w:p>
    <w:p>
      <w:pPr>
        <w:pStyle w:val="ListBullet"/>
      </w:pPr>
      <w:r>
        <w:rPr>
          <w:rFonts w:ascii="Arial" w:hAnsi="Arial"/>
          <w:sz w:val="20"/>
        </w:rPr>
        <w:t>Stay out until 10 minutes past the hour</w:t>
      </w:r>
    </w:p>
    <w:p>
      <w:pPr>
        <w:pStyle w:val="ListBullet"/>
      </w:pPr>
      <w:r>
        <w:rPr>
          <w:rFonts w:ascii="Arial" w:hAnsi="Arial"/>
          <w:sz w:val="20"/>
        </w:rPr>
        <w:t>Umbrella duty when it rains — this is the whole ministry, some weeks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it really costs</w:t>
      </w:r>
    </w:p>
    <w:p>
      <w:pPr>
        <w:pStyle w:val="ListBullet"/>
      </w:pPr>
      <w:r>
        <w:rPr>
          <w:rFonts w:ascii="Arial" w:hAnsi="Arial"/>
          <w:sz w:val="20"/>
        </w:rPr>
        <w:t>One Sunday a month, 8:30 to 9:15. Outside, in whatever weather there is.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Say the real number. A volunteer who finds out later that “one Sunday a month” meant three hours does not complain — they just quietly stop.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You'll be good at this if…</w:t>
      </w:r>
    </w:p>
    <w:p>
      <w:pPr>
        <w:pStyle w:val="ListBullet"/>
      </w:pPr>
      <w:r>
        <w:rPr>
          <w:rFonts w:ascii="Arial" w:hAnsi="Arial"/>
          <w:sz w:val="20"/>
        </w:rPr>
        <w:t>You don't mind weather</w:t>
      </w:r>
    </w:p>
    <w:p>
      <w:pPr>
        <w:pStyle w:val="ListBullet"/>
      </w:pPr>
      <w:r>
        <w:rPr>
          <w:rFonts w:ascii="Arial" w:hAnsi="Arial"/>
          <w:sz w:val="20"/>
        </w:rPr>
        <w:t>You wave at strangers easily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need before you start</w:t>
      </w:r>
    </w:p>
    <w:p>
      <w:pPr>
        <w:spacing w:after="60"/>
      </w:pPr>
      <w:r>
        <w:rPr>
          <w:rFonts w:ascii="Arial" w:hAnsi="Arial"/>
          <w:sz w:val="20"/>
        </w:rPr>
        <w:t>☐  No background check required</w:t>
      </w:r>
    </w:p>
    <w:p>
      <w:pPr>
        <w:spacing w:after="60"/>
      </w:pPr>
      <w:r>
        <w:rPr>
          <w:rFonts w:ascii="Arial" w:hAnsi="Arial"/>
          <w:sz w:val="20"/>
        </w:rPr>
        <w:t>☐  A high-vis vest, which we provide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Training, and who does it</w:t>
      </w:r>
    </w:p>
    <w:p>
      <w:pPr>
        <w:pStyle w:val="ListBullet"/>
      </w:pPr>
      <w:r>
        <w:rPr>
          <w:rFonts w:ascii="Arial" w:hAnsi="Arial"/>
          <w:sz w:val="20"/>
        </w:rPr>
        <w:t>One Sunday alongside someone who has done it.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Who to call when something goes wrong</w:t>
      </w:r>
    </w:p>
    <w:p>
      <w:pPr>
        <w:pStyle w:val="ListBullet"/>
      </w:pPr>
      <w:r>
        <w:rPr>
          <w:rFonts w:ascii="Arial" w:hAnsi="Arial"/>
          <w:sz w:val="20"/>
        </w:rPr>
        <w:t>Hospitality Coordinator.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Six months, then we ask again.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Churches with the worst volunteer retention are the ones who never wrote down the exit. If leaving requires a difficult conversation, people avoid the conversation by avoiding you.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role descriptions people actually finish reading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