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</w:pPr>
      <w:r>
        <w:rPr>
          <w:rFonts w:ascii="Arial" w:hAnsi="Arial"/>
          <w:b/>
          <w:color w:val="3D3A34"/>
          <w:sz w:val="40"/>
        </w:rPr>
        <w:t>I'd like to help</w:t>
      </w:r>
    </w:p>
    <w:p>
      <w:pPr>
        <w:spacing w:after="200"/>
      </w:pPr>
      <w:r>
        <w:rPr>
          <w:rFonts w:ascii="Arial" w:hAnsi="Arial"/>
          <w:i/>
          <w:color w:val="8A857C"/>
          <w:sz w:val="20"/>
        </w:rPr>
        <w:t>Half a page, eight fields. Print two to a sheet and put them in the seat-backs.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Name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Phone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Email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Best way to reach you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</w:tbl>
    <w:p>
      <w:pPr>
        <w:spacing w:after="80"/>
      </w:pPr>
    </w:p>
    <w:p>
      <w:r>
        <w:rPr>
          <w:rFonts w:ascii="Arial" w:hAnsi="Arial"/>
          <w:b/>
          <w:sz w:val="20"/>
        </w:rPr>
        <w:t>What sounds interesting? (tick anything)</w:t>
      </w:r>
    </w:p>
    <w:p>
      <w:pPr>
        <w:spacing w:after="60"/>
        <w:ind w:left="216"/>
      </w:pPr>
      <w:r>
        <w:rPr>
          <w:rFonts w:ascii="Arial" w:hAnsi="Arial"/>
          <w:sz w:val="20"/>
        </w:rPr>
        <w:t>☐  Kids</w:t>
      </w:r>
    </w:p>
    <w:p>
      <w:pPr>
        <w:spacing w:after="60"/>
        <w:ind w:left="216"/>
      </w:pPr>
      <w:r>
        <w:rPr>
          <w:rFonts w:ascii="Arial" w:hAnsi="Arial"/>
          <w:sz w:val="20"/>
        </w:rPr>
        <w:t>☐  Students</w:t>
      </w:r>
    </w:p>
    <w:p>
      <w:pPr>
        <w:spacing w:after="60"/>
        <w:ind w:left="216"/>
      </w:pPr>
      <w:r>
        <w:rPr>
          <w:rFonts w:ascii="Arial" w:hAnsi="Arial"/>
          <w:sz w:val="20"/>
        </w:rPr>
        <w:t>☐  Worship</w:t>
      </w:r>
    </w:p>
    <w:p>
      <w:pPr>
        <w:spacing w:after="60"/>
        <w:ind w:left="216"/>
      </w:pPr>
      <w:r>
        <w:rPr>
          <w:rFonts w:ascii="Arial" w:hAnsi="Arial"/>
          <w:sz w:val="20"/>
        </w:rPr>
        <w:t>☐  Tech</w:t>
      </w:r>
    </w:p>
    <w:p>
      <w:pPr>
        <w:spacing w:after="60"/>
        <w:ind w:left="216"/>
      </w:pPr>
      <w:r>
        <w:rPr>
          <w:rFonts w:ascii="Arial" w:hAnsi="Arial"/>
          <w:sz w:val="20"/>
        </w:rPr>
        <w:t>☐  Hospitality</w:t>
      </w:r>
    </w:p>
    <w:p>
      <w:pPr>
        <w:spacing w:after="60"/>
        <w:ind w:left="216"/>
      </w:pPr>
      <w:r>
        <w:rPr>
          <w:rFonts w:ascii="Arial" w:hAnsi="Arial"/>
          <w:sz w:val="20"/>
        </w:rPr>
        <w:t>☐  Facilities</w:t>
      </w:r>
    </w:p>
    <w:p>
      <w:pPr>
        <w:spacing w:after="60"/>
        <w:ind w:left="216"/>
      </w:pPr>
      <w:r>
        <w:rPr>
          <w:rFonts w:ascii="Arial" w:hAnsi="Arial"/>
          <w:sz w:val="20"/>
        </w:rPr>
        <w:t>☐  Outreach</w:t>
      </w:r>
    </w:p>
    <w:p>
      <w:pPr>
        <w:spacing w:after="60"/>
        <w:ind w:left="216"/>
      </w:pPr>
      <w:r>
        <w:rPr>
          <w:rFonts w:ascii="Arial" w:hAnsi="Arial"/>
          <w:sz w:val="20"/>
        </w:rPr>
        <w:t>☐  Office</w:t>
      </w:r>
    </w:p>
    <w:p>
      <w:pPr>
        <w:spacing w:after="60"/>
        <w:ind w:left="216"/>
      </w:pPr>
      <w:r>
        <w:rPr>
          <w:rFonts w:ascii="Arial" w:hAnsi="Arial"/>
          <w:sz w:val="20"/>
        </w:rPr>
        <w:t>☐  Not sure — help me find something</w:t>
      </w:r>
    </w:p>
    <w:p>
      <w:pPr>
        <w:spacing w:after="80"/>
      </w:pPr>
    </w:p>
    <w:p>
      <w:pPr>
        <w:spacing w:after="120"/>
      </w:pPr>
      <w:r>
        <w:rPr>
          <w:rFonts w:ascii="Arial" w:hAnsi="Arial"/>
          <w:sz w:val="20"/>
        </w:rPr>
        <w:t>Anything we should know? ________________________________________________________________________________________</w:t>
      </w:r>
    </w:p>
    <w:p>
      <w:pPr>
        <w:spacing w:after="160"/>
      </w:pPr>
      <w:r>
        <w:rPr>
          <w:rFonts w:ascii="Arial" w:hAnsi="Arial"/>
          <w:i/>
          <w:color w:val="8A857C"/>
          <w:sz w:val="18"/>
        </w:rPr>
        <w:t>That is the whole card. Every extra field costs you completed cards, and the only job of this piece of paper is to get you a name and a number.</w:t>
      </w:r>
    </w:p>
    <w:p>
      <w:r>
        <w:br w:type="page"/>
      </w:r>
    </w:p>
    <w:p>
      <w:pPr>
        <w:spacing w:before="0" w:after="80"/>
      </w:pPr>
      <w:r>
        <w:rPr>
          <w:rFonts w:ascii="Arial" w:hAnsi="Arial"/>
          <w:b/>
          <w:color w:val="3D3A34"/>
          <w:sz w:val="40"/>
        </w:rPr>
        <w:t>I'd like to help</w:t>
      </w:r>
    </w:p>
    <w:p>
      <w:pPr>
        <w:spacing w:after="200"/>
      </w:pPr>
      <w:r>
        <w:rPr>
          <w:rFonts w:ascii="Arial" w:hAnsi="Arial"/>
          <w:i/>
          <w:color w:val="8A857C"/>
          <w:sz w:val="20"/>
        </w:rPr>
        <w:t>Second copy — print two to a page, cut down the middle.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Name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Phone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Email</w:t>
            </w:r>
          </w:p>
        </w:tc>
        <w:tc>
          <w:tcPr>
            <w:tcW w:type="dxa" w:w="3312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  <w:tc>
          <w:tcPr>
            <w:tcW w:type="dxa" w:w="1728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Best way to reach you</w:t>
            </w:r>
          </w:p>
        </w:tc>
        <w:tc>
          <w:tcPr>
            <w:tcW w:type="dxa" w:w="3168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</w:r>
          </w:p>
        </w:tc>
      </w:tr>
    </w:tbl>
    <w:p>
      <w:pPr>
        <w:spacing w:after="60"/>
        <w:ind w:left="216"/>
      </w:pPr>
      <w:r>
        <w:rPr>
          <w:rFonts w:ascii="Arial" w:hAnsi="Arial"/>
          <w:sz w:val="20"/>
        </w:rPr>
        <w:t>☐  Kids</w:t>
      </w:r>
    </w:p>
    <w:p>
      <w:pPr>
        <w:spacing w:after="60"/>
        <w:ind w:left="216"/>
      </w:pPr>
      <w:r>
        <w:rPr>
          <w:rFonts w:ascii="Arial" w:hAnsi="Arial"/>
          <w:sz w:val="20"/>
        </w:rPr>
        <w:t>☐  Students</w:t>
      </w:r>
    </w:p>
    <w:p>
      <w:pPr>
        <w:spacing w:after="60"/>
        <w:ind w:left="216"/>
      </w:pPr>
      <w:r>
        <w:rPr>
          <w:rFonts w:ascii="Arial" w:hAnsi="Arial"/>
          <w:sz w:val="20"/>
        </w:rPr>
        <w:t>☐  Worship</w:t>
      </w:r>
    </w:p>
    <w:p>
      <w:pPr>
        <w:spacing w:after="60"/>
        <w:ind w:left="216"/>
      </w:pPr>
      <w:r>
        <w:rPr>
          <w:rFonts w:ascii="Arial" w:hAnsi="Arial"/>
          <w:sz w:val="20"/>
        </w:rPr>
        <w:t>☐  Tech</w:t>
      </w:r>
    </w:p>
    <w:p>
      <w:pPr>
        <w:spacing w:after="60"/>
        <w:ind w:left="216"/>
      </w:pPr>
      <w:r>
        <w:rPr>
          <w:rFonts w:ascii="Arial" w:hAnsi="Arial"/>
          <w:sz w:val="20"/>
        </w:rPr>
        <w:t>☐  Hospitality</w:t>
      </w:r>
    </w:p>
    <w:p>
      <w:pPr>
        <w:spacing w:after="60"/>
        <w:ind w:left="216"/>
      </w:pPr>
      <w:r>
        <w:rPr>
          <w:rFonts w:ascii="Arial" w:hAnsi="Arial"/>
          <w:sz w:val="20"/>
        </w:rPr>
        <w:t>☐  Facilities</w:t>
      </w:r>
    </w:p>
    <w:p>
      <w:pPr>
        <w:spacing w:after="60"/>
        <w:ind w:left="216"/>
      </w:pPr>
      <w:r>
        <w:rPr>
          <w:rFonts w:ascii="Arial" w:hAnsi="Arial"/>
          <w:sz w:val="20"/>
        </w:rPr>
        <w:t>☐  Outreach</w:t>
      </w:r>
    </w:p>
    <w:p>
      <w:pPr>
        <w:spacing w:after="60"/>
        <w:ind w:left="216"/>
      </w:pPr>
      <w:r>
        <w:rPr>
          <w:rFonts w:ascii="Arial" w:hAnsi="Arial"/>
          <w:sz w:val="20"/>
        </w:rPr>
        <w:t>☐  Office</w:t>
      </w:r>
    </w:p>
    <w:p>
      <w:pPr>
        <w:spacing w:after="60"/>
        <w:ind w:left="216"/>
      </w:pPr>
      <w:r>
        <w:rPr>
          <w:rFonts w:ascii="Arial" w:hAnsi="Arial"/>
          <w:sz w:val="20"/>
        </w:rPr>
        <w:t>☐  Not sure — help me find something</w:t>
      </w:r>
    </w:p>
    <w:sectPr w:rsidR="00FC693F" w:rsidRPr="0006063C" w:rsidSect="00034616">
      <w:footerReference w:type="default" r:id="rId9"/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8A857C"/>
        <w:sz w:val="16"/>
      </w:rPr>
      <w:t>Free template from MinistryPlanner.church — have your insurer or an attorney read this once before you use it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