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Discussion Guide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message. Print it, or share it and let leaders edit their copy.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 / week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1. Open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Answerable by somebody who missed the sermon. A third of the room did, and if the first question locks them out they stay quiet all evening.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2. Read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3. Observe — what does it say?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4. Interpret — what did it mean?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5. Apply — what does it ask of us?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6. Pray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7. Leader notes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half nobody else ships. Read this before the group, not during it.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8. If you have…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60 minutes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75 minutes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90 minutes</w:t>
            </w:r>
          </w:p>
        </w:tc>
      </w:tr>
      <w:tr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Open, read, one observe,</w:t>
              <w:br/>
              <w:t>two apply, pray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Everything, with the</w:t>
              <w:br/>
              <w:t>interpret questions short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Everything, plus time for</w:t>
              <w:br/>
              <w:t>the conversation it starts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Prepare more questions than you need and delete them live. The worst small group evening is the one where the leader gets through the list.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one shared guide your leaders can't have the wrong version of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